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Modelo Geral de Capítulo</w:t>
      </w:r>
    </w:p>
    <w:p>
      <w:r>
        <w:t>Synergia Editora | Modelo geral | Versão 1.0 | Outubro de 2026</w:t>
      </w:r>
    </w:p>
    <w:p>
      <w:r>
        <w:t>Preencha os campos abaixo e remova as instruções na versão entregue. Extensão, coautoria, resumo, idioma e referências são definidos na Ficha do Projeto.</w:t>
      </w:r>
    </w:p>
    <w:p>
      <w:pPr>
        <w:pStyle w:val="Heading1"/>
      </w:pPr>
      <w:r>
        <w:t>Identificação</w:t>
      </w:r>
    </w:p>
    <w:p>
      <w:r>
        <w:t>Código do projeto: [código] | Número do capítulo: [número].</w:t>
      </w:r>
    </w:p>
    <w:p>
      <w:r>
        <w:t>Título do capítulo: [título].</w:t>
      </w:r>
    </w:p>
    <w:p>
      <w:r>
        <w:t>Subtítulo, se houver: [subtítulo].</w:t>
      </w:r>
    </w:p>
    <w:p>
      <w:r>
        <w:t>Autoria em ordem de crédito: [nome de publicação de cada pessoa].</w:t>
      </w:r>
    </w:p>
    <w:p>
      <w:r>
        <w:t>Por pessoa: [instituição, titulação pertinente e ORCID]. Não incluir CPF, endereço ou telefone no original.</w:t>
      </w:r>
    </w:p>
    <w:p>
      <w:pPr>
        <w:pStyle w:val="Heading1"/>
      </w:pPr>
      <w:r>
        <w:t>Resumo e palavras chave</w:t>
      </w:r>
    </w:p>
    <w:p>
      <w:r>
        <w:t>[Inserir resumo e palavras-chave se exigidos pela Ficha do Projeto, respeitando os limites definidos.]</w:t>
      </w:r>
    </w:p>
    <w:p>
      <w:pPr>
        <w:pStyle w:val="Heading1"/>
      </w:pPr>
      <w:r>
        <w:t>1 Introdução</w:t>
      </w:r>
    </w:p>
    <w:p>
      <w:r>
        <w:t>[Apresente o tema, problema, objetivo e recorte. Descreva método ou abordagem quando pertinente.]</w:t>
      </w:r>
    </w:p>
    <w:p>
      <w:pPr>
        <w:pStyle w:val="Heading1"/>
      </w:pPr>
      <w:r>
        <w:t>2 Desenvolvimento</w:t>
      </w:r>
    </w:p>
    <w:p>
      <w:r>
        <w:t>[Organize as contribuições em seções numeradas, com fontes conferidas e progressão clara.]</w:t>
      </w:r>
    </w:p>
    <w:p>
      <w:pPr>
        <w:pStyle w:val="Heading1"/>
      </w:pPr>
      <w:r>
        <w:t>2 1 Subseção</w:t>
      </w:r>
    </w:p>
    <w:p>
      <w:r>
        <w:t>[Utilize subseções quando necessárias. Informe a posição de figuras e tabelas; envie arquivos originais separados.]</w:t>
      </w:r>
    </w:p>
    <w:p>
      <w:pPr>
        <w:pStyle w:val="Heading1"/>
      </w:pPr>
      <w:r>
        <w:t>3 Conclusão ou considerações finais</w:t>
      </w:r>
    </w:p>
    <w:p>
      <w:r>
        <w:t>[Sintetize resultados, limitações pertinentes e implicações, conforme a natureza do capítulo.]</w:t>
      </w:r>
    </w:p>
    <w:p>
      <w:pPr>
        <w:pStyle w:val="Heading1"/>
      </w:pPr>
      <w:r>
        <w:t>Referências</w:t>
      </w:r>
    </w:p>
    <w:p>
      <w:r>
        <w:t>[Relacionar as fontes citadas conforme o padrão da Ficha do Projeto, com DOI quando disponível.]</w:t>
      </w:r>
    </w:p>
    <w:p>
      <w:pPr>
        <w:pStyle w:val="Heading1"/>
      </w:pPr>
      <w:r>
        <w:t>Declarações de submissão</w:t>
      </w:r>
    </w:p>
    <w:p>
      <w:r>
        <w:t>Publicação anterior: [não / sim, fonte e direitos].</w:t>
      </w:r>
    </w:p>
    <w:p>
      <w:r>
        <w:t>Material de terceiros: [identificação e autorização, quando necessária].</w:t>
      </w:r>
    </w:p>
    <w:p>
      <w:r>
        <w:t>Uso de IA: [não / ferramenta, finalidade, trechos afetados e verificação].</w:t>
      </w:r>
    </w:p>
    <w:p>
      <w:r>
        <w:t>Conflitos de interesses: [informar quando pertinentes].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60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Synergia Editora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