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Ficha de Cadastro do Participante</w:t>
      </w:r>
    </w:p>
    <w:p>
      <w:r>
        <w:t>Synergia Editora | Modelo geral | Versão 1.0 | Outubro de 2026</w:t>
      </w:r>
    </w:p>
    <w:p>
      <w:r>
        <w:t>Modelo em branco. Cada pessoa preenche uma ficha única; papéis e capítulos são registrados por projeto. Enviar o preenchimento por canal restrito.</w:t>
      </w:r>
    </w:p>
    <w:p>
      <w:pPr>
        <w:pStyle w:val="Heading1"/>
      </w:pPr>
      <w:r>
        <w:t>Dados editoriais para divulgação</w:t>
      </w:r>
    </w:p>
    <w:p>
      <w:r>
        <w:t>Nome completo: [ ]. Nome de publicação: [ ]. ORCID: [ ]. Instituição e vínculo profissional para divulgação: [ ]. Titulação e especialidades: [ ]. Minibiografia, até 600 caracteres: [ ]. Biografia completa: [ ]. Foto e crédito/licença de uso da imagem: [ ]. Site ou perfil profissional que deseja divulgar: [ ].</w:t>
      </w:r>
    </w:p>
    <w:p>
      <w:pPr>
        <w:pStyle w:val="Heading1"/>
      </w:pPr>
      <w:r>
        <w:t>Participação por projeto</w:t>
      </w:r>
    </w:p>
    <w:p>
      <w:r>
        <w:t>Código/título da obra: [ ]. Papel ou papéis: [autor de capítulo/coordenador/organizador/prefaciador/apresentador]. Capítulo(s) e coautores: [ ]. Ordem do crédito: [ ]. Publicação anterior: [não/sim, identificar]. Permissões de terceiros: [ ]. Declaração de uso de IA: [ ].</w:t>
      </w:r>
    </w:p>
    <w:p>
      <w:pPr>
        <w:pStyle w:val="Heading1"/>
      </w:pPr>
      <w:r>
        <w:t>Contato restrito</w:t>
      </w:r>
    </w:p>
    <w:p>
      <w:r>
        <w:t>E-mail: [ ]. Telefone: [ ]. Contato para comunicação editorial: [ ]. Não publicar esses campos automaticamente no site ou no capítulo.</w:t>
      </w:r>
    </w:p>
    <w:p>
      <w:pPr>
        <w:pStyle w:val="Heading1"/>
      </w:pPr>
      <w:r>
        <w:t>Dados necessários à contratação e entrega</w:t>
      </w:r>
    </w:p>
    <w:p>
      <w:r>
        <w:t>Documento fiscal e endereço contratual: [preencher apenas quando necessários à contratação]. Endereço de entrega e destinatário: [quando houver envio]. Informações de aquisição e pagamento serão registradas em sistema restrito. Não coletar RG, nascimento, estado civil ou outros campos por rotina sem necessidade definida.</w:t>
      </w:r>
    </w:p>
    <w:p>
      <w:pPr>
        <w:pStyle w:val="Heading1"/>
      </w:pPr>
      <w:r>
        <w:t>Informação sobre tratamento</w:t>
      </w:r>
    </w:p>
    <w:p>
      <w:r>
        <w:t>Responsável pelo tratamento: [razão social e contato]. Finalidades: gestão editorial, contrato, obrigações legais, entrega e divulgação dos campos editoriais pertinentes. Bases legais, destinatários, prazo de conservação e canal de exercício de direitos serão informados no aviso de privacidade do projeto. Eventual consentimento deve ser específico, destacado e separado do aceite contratual quando essa for a base adotada.</w:t>
      </w:r>
    </w:p>
    <w:p>
      <w:r>
        <w:t>Confirmo a exatidão dos dados e a grafia para publicação. Ciência do aviso de privacidade [versão]: [ ]. Autorização específica de foto/divulgação, quando aplicável: [ ]. Nome/data/assinatura ou protocolo de aceite: [ ].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Synergia Editora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